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WYMAGANIA EDUKACYJNE Z MUZYKI</w:t>
      </w:r>
    </w:p>
    <w:p>
      <w:pPr>
        <w:jc w:val="center"/>
      </w:pPr>
      <w:r>
        <w:rPr>
          <w:b/>
          <w:sz w:val="24"/>
        </w:rPr>
        <w:t>Klasa 5 szkoły podstawowej</w:t>
        <w:br/>
        <w:t>Rok szkolny 2026/2027</w:t>
      </w:r>
    </w:p>
    <w:p>
      <w:pPr>
        <w:jc w:val="center"/>
      </w:pPr>
      <w:r>
        <w:rPr>
          <w:i/>
          <w:sz w:val="19"/>
        </w:rPr>
        <w:t>Seria podręczników: „Lekcja muzyki” – Nowa Era</w:t>
      </w:r>
    </w:p>
    <w:p>
      <w:pPr>
        <w:jc w:val="center"/>
      </w:pPr>
      <w:r>
        <w:rPr>
          <w:i/>
          <w:sz w:val="17"/>
        </w:rPr>
        <w:t>Podstawa prawna: dotychczasowa podstawa programowa kształcenia ogólnego dla szkoły podstawowej, stosowana w roku szkolnym 2026/2027 w klasach V–VIII na podstawie § 4 ust. 2 pkt 1 rozporządzenia Ministra Edukacji z dnia 11 marca 2026 r. (Dz.U. 2026 poz. 378).</w:t>
      </w:r>
    </w:p>
    <w:p>
      <w:pPr>
        <w:pStyle w:val="Heading1"/>
      </w:pPr>
      <w:r>
        <w:t>1. Założenia ogólne oceniania</w:t>
      </w:r>
    </w:p>
    <w:p>
      <w:r>
        <w:t>Wymagania uwzględniają treści realizowane w klasie V, w tym rozwijanie umiejętności wokalnych i instrumentalnych, zapis muzyczny, podstawowe formy muzyczne, polskie tańce narodowe, muzykę ludową, wybrane instrumenty i zespoły wykonawcze oraz świadomy odbiór muzyki.</w:t>
      </w:r>
    </w:p>
    <w:p>
      <w:r>
        <w:t>Ocenianiu podlegają w szczególności:</w:t>
      </w:r>
    </w:p>
    <w:p>
      <w:pPr>
        <w:pStyle w:val="ListBullet"/>
      </w:pPr>
      <w:r>
        <w:t>aktywność muzyczna ucznia i podejmowanie działań praktycznych;</w:t>
      </w:r>
    </w:p>
    <w:p>
      <w:pPr>
        <w:pStyle w:val="ListBullet"/>
      </w:pPr>
      <w:r>
        <w:t>śpiew indywidualny i zespołowy oraz dbałość o prawidłową emisję i higienę głosu;</w:t>
      </w:r>
    </w:p>
    <w:p>
      <w:pPr>
        <w:pStyle w:val="ListBullet"/>
      </w:pPr>
      <w:r>
        <w:t>gra na instrumentach, wykonywanie rytmów, melodii i akompaniamentów;</w:t>
      </w:r>
    </w:p>
    <w:p>
      <w:pPr>
        <w:pStyle w:val="ListBullet"/>
      </w:pPr>
      <w:r>
        <w:t>wykonywanie ćwiczeń rytmicznych, ruchowych i muzyczno-ruchowych;</w:t>
      </w:r>
    </w:p>
    <w:p>
      <w:pPr>
        <w:pStyle w:val="ListBullet"/>
      </w:pPr>
      <w:r>
        <w:t>umiejętność świadomego słuchania, rozpoznawania, analizowania i opisywania muzyki;</w:t>
      </w:r>
    </w:p>
    <w:p>
      <w:pPr>
        <w:pStyle w:val="ListBullet"/>
      </w:pPr>
      <w:r>
        <w:t>znajomość i praktyczne stosowanie pojęć, terminów oraz symboli muzycznych;</w:t>
      </w:r>
    </w:p>
    <w:p>
      <w:pPr>
        <w:pStyle w:val="ListBullet"/>
      </w:pPr>
      <w:r>
        <w:t>umiejętność posługiwania się zapisem muzycznym odpowiednim do poziomu klasy;</w:t>
      </w:r>
    </w:p>
    <w:p>
      <w:pPr>
        <w:pStyle w:val="ListBullet"/>
      </w:pPr>
      <w:r>
        <w:t>twórczość, improwizacja i własne działania muzyczne;</w:t>
      </w:r>
    </w:p>
    <w:p>
      <w:pPr>
        <w:pStyle w:val="ListBullet"/>
      </w:pPr>
      <w:r>
        <w:t>znajomość wybranych elementów polskiej i światowej kultury muzycznej;</w:t>
      </w:r>
    </w:p>
    <w:p>
      <w:pPr>
        <w:pStyle w:val="ListBullet"/>
      </w:pPr>
      <w:r>
        <w:t>udział w pracy indywidualnej i zespołowej oraz kultura współpracy;</w:t>
      </w:r>
    </w:p>
    <w:p>
      <w:pPr>
        <w:pStyle w:val="ListBullet"/>
      </w:pPr>
      <w:r>
        <w:t>systematyczność, wysiłek, postęp, samodzielność i zaangażowanie ucznia.</w:t>
      </w:r>
    </w:p>
    <w:p>
      <w:r>
        <w:t>Przy ustalaniu oceny należy uwzględniać indywidualne możliwości i predyspozycje muzyczne ucznia. Szczególne znaczenie mają jego wysiłek, aktywność, systematyczność i postęp. Wiedza teoretyczna stanowi wsparcie dla praktycznego muzykowania, słuchania, tworzenia i rozumienia muzyki.</w:t>
      </w:r>
    </w:p>
    <w:p>
      <w:pPr>
        <w:pStyle w:val="Heading1"/>
      </w:pPr>
      <w:r>
        <w:t>2. Ocena niedostateczna – 1</w:t>
      </w:r>
    </w:p>
    <w:p>
      <w:r>
        <w:t>Ocenę niedostateczną otrzymuje uczeń, który nie osiągnął minimalnego poziomu wiadomości i umiejętności koniecznych do dalszej pracy, a podejmowane działania wspierające i dostosowanie sposobu pracy nie przyniosły wystarczającego efektu.</w:t>
      </w:r>
    </w:p>
    <w:p>
      <w:pPr>
        <w:pStyle w:val="ListBullet"/>
      </w:pPr>
      <w:r>
        <w:t>nie opanował podstawowych wiadomości i umiejętności koniecznych do dalszej pracy mimo udzielonego wsparcia;</w:t>
      </w:r>
    </w:p>
    <w:p>
      <w:pPr>
        <w:pStyle w:val="ListBullet"/>
      </w:pPr>
      <w:r>
        <w:t>nie rozpoznaje podstawowych wartości rytmicznych, nut, pauz ani najprostszych oznaczeń muzycznych nawet z pomocą nauczyciela;</w:t>
      </w:r>
    </w:p>
    <w:p>
      <w:pPr>
        <w:pStyle w:val="ListBullet"/>
      </w:pPr>
      <w:r>
        <w:t>nie potrafi odtworzyć prostego rytmu ani podjąć próby wykonania łatwego fragmentu melodii;</w:t>
      </w:r>
    </w:p>
    <w:p>
      <w:pPr>
        <w:pStyle w:val="ListBullet"/>
      </w:pPr>
      <w:r>
        <w:t>nie podejmuje próby śpiewu, gry lub ćwiczeń rytmicznych mimo zachęty i dostosowania zadania;</w:t>
      </w:r>
    </w:p>
    <w:p>
      <w:pPr>
        <w:pStyle w:val="ListBullet"/>
      </w:pPr>
      <w:r>
        <w:t>nie rozpoznaje podstawowych elementów muzyki, takich jak rytm, melodia, tempo i dynamika;</w:t>
      </w:r>
    </w:p>
    <w:p>
      <w:pPr>
        <w:pStyle w:val="ListBullet"/>
      </w:pPr>
      <w:r>
        <w:t>nie potrafi określić charakteru słuchanego utworu ani rozpoznać podstawowych instrumentów omawianych na lekcji;</w:t>
      </w:r>
    </w:p>
    <w:p>
      <w:pPr>
        <w:pStyle w:val="ListBullet"/>
      </w:pPr>
      <w:r>
        <w:t>nie zna podstawowych zasad wykonywania hymnu państwowego i zachowania podczas jego prezentacji;</w:t>
      </w:r>
    </w:p>
    <w:p>
      <w:pPr>
        <w:pStyle w:val="ListBullet"/>
      </w:pPr>
      <w:r>
        <w:t>nie wykonuje podstawowych poleceń związanych z pracą indywidualną lub zespołową;</w:t>
      </w:r>
    </w:p>
    <w:p>
      <w:pPr>
        <w:pStyle w:val="ListBullet"/>
      </w:pPr>
      <w:r>
        <w:t>nie korzysta z informacji zwrotnej i nie podejmuje prób poprawy mimo pomocy nauczyciela.</w:t>
      </w:r>
    </w:p>
    <w:p>
      <w:r>
        <w:rPr>
          <w:b/>
        </w:rPr>
        <w:t>Ocena niedostateczna nie może wynikać wyłącznie z braku szczególnych uzdolnień muzycznych, słabszego słuchu muzycznego, trudności wokalnych lub ograniczonych predyspozycji wykonawczych ucznia.</w:t>
      </w:r>
    </w:p>
    <w:p>
      <w:pPr>
        <w:pStyle w:val="Heading1"/>
      </w:pPr>
      <w:r>
        <w:t>3. Ocena dopuszczająca – 2</w:t>
      </w:r>
    </w:p>
    <w:p>
      <w:r>
        <w:t>Ocenę dopuszczającą otrzymuje uczeń, który opanował minimum podstawowych wiadomości i umiejętności przewidzianych dla klasy i wykonuje najprostsze zadania głównie przy pomocy nauczyciela.</w:t>
      </w:r>
    </w:p>
    <w:p>
      <w:pPr>
        <w:pStyle w:val="ListBullet"/>
      </w:pPr>
      <w:r>
        <w:t>podejmuje próby śpiewania poznanych piosenek i pieśni w zespole, korzystając ze wsparcia nauczyciela;</w:t>
      </w:r>
    </w:p>
    <w:p>
      <w:pPr>
        <w:pStyle w:val="ListBullet"/>
      </w:pPr>
      <w:r>
        <w:t>z pomocą wykonuje proste rytmy, gestodźwięki lub łatwy akompaniament na instrumencie perkusyjnym;</w:t>
      </w:r>
    </w:p>
    <w:p>
      <w:pPr>
        <w:pStyle w:val="ListBullet"/>
      </w:pPr>
      <w:r>
        <w:t>rozpoznaje podstawowe wartości rytmiczne i pauzy oraz wskazuje pięciolinię i klucz wiolinowy;</w:t>
      </w:r>
    </w:p>
    <w:p>
      <w:pPr>
        <w:pStyle w:val="ListBullet"/>
      </w:pPr>
      <w:r>
        <w:t>z pomocą odczytuje najprostszy zapis rytmiczny lub fragment melodii;</w:t>
      </w:r>
    </w:p>
    <w:p>
      <w:pPr>
        <w:pStyle w:val="ListBullet"/>
      </w:pPr>
      <w:r>
        <w:t>rozpoznaje pojęcia: rytm, melodia, tempo, dynamika i metrum, choć nie zawsze stosuje je poprawnie;</w:t>
      </w:r>
    </w:p>
    <w:p>
      <w:pPr>
        <w:pStyle w:val="ListBullet"/>
      </w:pPr>
      <w:r>
        <w:t>odróżnia muzykę wokalną od instrumentalnej i rozpoznaje wybrane instrumenty poznane na lekcjach;</w:t>
      </w:r>
    </w:p>
    <w:p>
      <w:pPr>
        <w:pStyle w:val="ListBullet"/>
      </w:pPr>
      <w:r>
        <w:t>potrafi wskazać podstawowe różnice między utworem szybkim i wolnym, głośnym i cichym;</w:t>
      </w:r>
    </w:p>
    <w:p>
      <w:pPr>
        <w:pStyle w:val="ListBullet"/>
      </w:pPr>
      <w:r>
        <w:t>rozpoznaje wybrane polskie tańce narodowe lub ludowe przy wyraźnych przykładach;</w:t>
      </w:r>
    </w:p>
    <w:p>
      <w:pPr>
        <w:pStyle w:val="ListBullet"/>
      </w:pPr>
      <w:r>
        <w:t>zna podstawowe informacje o Fryderyku Chopinie i jego związkach z muzyką polską;</w:t>
      </w:r>
    </w:p>
    <w:p>
      <w:pPr>
        <w:pStyle w:val="ListBullet"/>
      </w:pPr>
      <w:r>
        <w:t>uczestniczy w prostych ćwiczeniach ruchowych i zadaniach zespołowych;</w:t>
      </w:r>
    </w:p>
    <w:p>
      <w:pPr>
        <w:pStyle w:val="ListBullet"/>
      </w:pPr>
      <w:r>
        <w:t>przyjmuje pomoc i podejmuje próbę poprawy zadania.</w:t>
      </w:r>
    </w:p>
    <w:p>
      <w:pPr>
        <w:pStyle w:val="Heading1"/>
      </w:pPr>
      <w:r>
        <w:t>4. Ocena dostateczna – 3</w:t>
      </w:r>
    </w:p>
    <w:p>
      <w:r>
        <w:t>Ocenę dostateczną otrzymuje uczeń, który opanował podstawowe wiadomości i umiejętności przewidziane dla klasy i potrafi wykorzystywać je w typowych sytuacjach, czasami korzystając z pomocy nauczyciela.</w:t>
      </w:r>
    </w:p>
    <w:p>
      <w:pPr>
        <w:pStyle w:val="ListBullet"/>
      </w:pPr>
      <w:r>
        <w:t>w zespole wykonuje poznane piosenki, pieśni i kanony, zachowując w większości prawidłowy rytm;</w:t>
      </w:r>
    </w:p>
    <w:p>
      <w:pPr>
        <w:pStyle w:val="ListBullet"/>
      </w:pPr>
      <w:r>
        <w:t>wykonuje proste melodie, rytmy i akompaniamenty na dostępnych instrumentach;</w:t>
      </w:r>
    </w:p>
    <w:p>
      <w:pPr>
        <w:pStyle w:val="ListBullet"/>
      </w:pPr>
      <w:r>
        <w:t>rozpoznaje i nazywa podstawowe wartości rytmiczne nut i pauz oraz podstawowe oznaczenia metryczne;</w:t>
      </w:r>
    </w:p>
    <w:p>
      <w:pPr>
        <w:pStyle w:val="ListBullet"/>
      </w:pPr>
      <w:r>
        <w:t>odczytuje prosty zapis nutowy lub rytmiczny, czasem korzystając z podpowiedzi;</w:t>
      </w:r>
    </w:p>
    <w:p>
      <w:pPr>
        <w:pStyle w:val="ListBullet"/>
      </w:pPr>
      <w:r>
        <w:t>wyjaśnia pojęcia: gama, akord, akompaniament, rytm, melodia, tempo, dynamika i artykulacja na poziomie podstawowym;</w:t>
      </w:r>
    </w:p>
    <w:p>
      <w:pPr>
        <w:pStyle w:val="ListBullet"/>
      </w:pPr>
      <w:r>
        <w:t>rozpoznaje proste formy muzyczne, np. AB i ABA, oraz potrafi wskazać powtarzające się części utworu;</w:t>
      </w:r>
    </w:p>
    <w:p>
      <w:pPr>
        <w:pStyle w:val="ListBullet"/>
      </w:pPr>
      <w:r>
        <w:t>rozpoznaje brzmienie wybranych instrumentów i potrafi zaliczyć część z nich do odpowiednich grup;</w:t>
      </w:r>
    </w:p>
    <w:p>
      <w:pPr>
        <w:pStyle w:val="ListBullet"/>
      </w:pPr>
      <w:r>
        <w:t>rozpoznaje wybrane polskie tańce narodowe oraz określa ich podstawowy charakter;</w:t>
      </w:r>
    </w:p>
    <w:p>
      <w:pPr>
        <w:pStyle w:val="ListBullet"/>
      </w:pPr>
      <w:r>
        <w:t>zna najważniejsze informacje o Fryderyku Chopinie oraz wybranych tradycjach muzyki ludowej;</w:t>
      </w:r>
    </w:p>
    <w:p>
      <w:pPr>
        <w:pStyle w:val="ListBullet"/>
      </w:pPr>
      <w:r>
        <w:t>określa nastrój, tempo i dynamikę słuchanego utworu;</w:t>
      </w:r>
    </w:p>
    <w:p>
      <w:pPr>
        <w:pStyle w:val="ListBullet"/>
      </w:pPr>
      <w:r>
        <w:t>uczestniczy w prostych improwizacjach rytmicznych, wokalnych, ruchowych lub instrumentalnych;</w:t>
      </w:r>
    </w:p>
    <w:p>
      <w:pPr>
        <w:pStyle w:val="ListBullet"/>
      </w:pPr>
      <w:r>
        <w:t>pracuje w grupie i potrafi krótko ocenić własne wykonanie.</w:t>
      </w:r>
    </w:p>
    <w:p>
      <w:pPr>
        <w:pStyle w:val="Heading1"/>
      </w:pPr>
      <w:r>
        <w:t>5. Ocena dobra – 4</w:t>
      </w:r>
    </w:p>
    <w:p>
      <w:r>
        <w:t>Ocenę dobrą otrzymuje uczeń, który dobrze opanował wiadomości i umiejętności przewidziane dla klasy, zazwyczaj pracuje samodzielnie i poprawnie wykorzystuje zdobytą wiedzę w działaniach praktycznych.</w:t>
      </w:r>
    </w:p>
    <w:p>
      <w:pPr>
        <w:pStyle w:val="ListBullet"/>
      </w:pPr>
      <w:r>
        <w:t>poprawnie śpiewa poznany repertuar w zespole, a prostsze utwory także indywidualnie;</w:t>
      </w:r>
    </w:p>
    <w:p>
      <w:pPr>
        <w:pStyle w:val="ListBullet"/>
      </w:pPr>
      <w:r>
        <w:t>wykonuje proste utwory i akompaniamenty instrumentalne z zachowaniem rytmu i właściwego tempa;</w:t>
      </w:r>
    </w:p>
    <w:p>
      <w:pPr>
        <w:pStyle w:val="ListBullet"/>
      </w:pPr>
      <w:r>
        <w:t>samodzielnie odczytuje proste zapisy rytmiczne i nutowe oraz stosuje poznane oznaczenia wykonawcze;</w:t>
      </w:r>
    </w:p>
    <w:p>
      <w:pPr>
        <w:pStyle w:val="ListBullet"/>
      </w:pPr>
      <w:r>
        <w:t>poprawnie posługuje się podstawową terminologią muzyczną;</w:t>
      </w:r>
    </w:p>
    <w:p>
      <w:pPr>
        <w:pStyle w:val="ListBullet"/>
      </w:pPr>
      <w:r>
        <w:t>rozpoznaje i opisuje formy AB, ABA oraz inne proste układy formalne poznane podczas zajęć;</w:t>
      </w:r>
    </w:p>
    <w:p>
      <w:pPr>
        <w:pStyle w:val="ListBullet"/>
      </w:pPr>
      <w:r>
        <w:t>rozpoznaje brzmienie poznanych instrumentów i poprawnie przyporządkowuje je do grup;</w:t>
      </w:r>
    </w:p>
    <w:p>
      <w:pPr>
        <w:pStyle w:val="ListBullet"/>
      </w:pPr>
      <w:r>
        <w:t>rozpoznaje wybrane rodzaje zespołów wykonawczych i potrafi opisać ich skład;</w:t>
      </w:r>
    </w:p>
    <w:p>
      <w:pPr>
        <w:pStyle w:val="ListBullet"/>
      </w:pPr>
      <w:r>
        <w:t>charakteryzuje poznane polskie tańce narodowe i wskazuje ich typowe cechy;</w:t>
      </w:r>
    </w:p>
    <w:p>
      <w:pPr>
        <w:pStyle w:val="ListBullet"/>
      </w:pPr>
      <w:r>
        <w:t>wyjaśnia znaczenie folkloru i podaje przykłady jego obecności w muzyce artystycznej;</w:t>
      </w:r>
    </w:p>
    <w:p>
      <w:pPr>
        <w:pStyle w:val="ListBullet"/>
      </w:pPr>
      <w:r>
        <w:t>przedstawia podstawowe informacje o Fryderyku Chopinie i rozpoznaje charakter wybranych jego utworów;</w:t>
      </w:r>
    </w:p>
    <w:p>
      <w:pPr>
        <w:pStyle w:val="ListBullet"/>
      </w:pPr>
      <w:r>
        <w:t>świadomie słucha muzyki i opisuje jej elementy, nastrój oraz charakter;</w:t>
      </w:r>
    </w:p>
    <w:p>
      <w:pPr>
        <w:pStyle w:val="ListBullet"/>
      </w:pPr>
      <w:r>
        <w:t>uczestniczy w tworzeniu prostych rytmów, akompaniamentów i ilustracji dźwiękowych;</w:t>
      </w:r>
    </w:p>
    <w:p>
      <w:pPr>
        <w:pStyle w:val="ListBullet"/>
      </w:pPr>
      <w:r>
        <w:t>systematycznie pracuje i wykorzystuje informację zwrotną do poprawy wykonania.</w:t>
      </w:r>
    </w:p>
    <w:p>
      <w:pPr>
        <w:pStyle w:val="Heading1"/>
      </w:pPr>
      <w:r>
        <w:t>6. Ocena bardzo dobra – 5</w:t>
      </w:r>
    </w:p>
    <w:p>
      <w:r>
        <w:t>Ocenę bardzo dobrą otrzymuje uczeń, który bardzo dobrze opanował wiadomości i umiejętności przewidziane dla klasy, sprawnie i samodzielnie wykorzystuje je w praktyce oraz aktywnie uczestniczy w różnych formach działalności muzycznej.</w:t>
      </w:r>
    </w:p>
    <w:p>
      <w:pPr>
        <w:pStyle w:val="ListBullet"/>
      </w:pPr>
      <w:r>
        <w:t>samodzielnie i świadomie wykonuje poznane utwory wokalne, dbając o rytm, dykcję, oddech i charakter muzyki;</w:t>
      </w:r>
    </w:p>
    <w:p>
      <w:pPr>
        <w:pStyle w:val="ListBullet"/>
      </w:pPr>
      <w:r>
        <w:t>sprawnie wykonuje poznane melodie i akompaniamenty instrumentalne oraz potrafi dostosować sposób wykonania do utworu;</w:t>
      </w:r>
    </w:p>
    <w:p>
      <w:pPr>
        <w:pStyle w:val="ListBullet"/>
      </w:pPr>
      <w:r>
        <w:t>pewnie odczytuje zapis rytmiczny i nutowy w zakresie realizowanym w klasie V;</w:t>
      </w:r>
    </w:p>
    <w:p>
      <w:pPr>
        <w:pStyle w:val="ListBullet"/>
      </w:pPr>
      <w:r>
        <w:t>swobodnie posługuje się poznanymi terminami muzycznymi i stosuje je podczas omawiania utworów;</w:t>
      </w:r>
    </w:p>
    <w:p>
      <w:pPr>
        <w:pStyle w:val="ListBullet"/>
      </w:pPr>
      <w:r>
        <w:t>rozpoznaje i omawia budowę poznanych form muzycznych, w tym AB, ABA, ronda lub wariacji w zakresie realizowanym na zajęciach;</w:t>
      </w:r>
    </w:p>
    <w:p>
      <w:pPr>
        <w:pStyle w:val="ListBullet"/>
      </w:pPr>
      <w:r>
        <w:t>rozpoznaje instrumenty, ich grupy oraz podstawowe zespoły wykonawcze;</w:t>
      </w:r>
    </w:p>
    <w:p>
      <w:pPr>
        <w:pStyle w:val="ListBullet"/>
      </w:pPr>
      <w:r>
        <w:t>porównuje cechy polskich tańców narodowych i muzyki ludowej;</w:t>
      </w:r>
    </w:p>
    <w:p>
      <w:pPr>
        <w:pStyle w:val="ListBullet"/>
      </w:pPr>
      <w:r>
        <w:t>posiada uporządkowaną wiedzę o Fryderyku Chopinie i potrafi wskazać związki jego twórczości z folklorem;</w:t>
      </w:r>
    </w:p>
    <w:p>
      <w:pPr>
        <w:pStyle w:val="ListBullet"/>
      </w:pPr>
      <w:r>
        <w:t>analizuje podstawowe elementy słuchanego utworu i uzasadnia własną opinię;</w:t>
      </w:r>
    </w:p>
    <w:p>
      <w:pPr>
        <w:pStyle w:val="ListBullet"/>
      </w:pPr>
      <w:r>
        <w:t>samodzielnie tworzy prosty rytm, akompaniament, ilustrację dźwiękową lub improwizację;</w:t>
      </w:r>
    </w:p>
    <w:p>
      <w:pPr>
        <w:pStyle w:val="ListBullet"/>
      </w:pPr>
      <w:r>
        <w:t>aktywnie i odpowiedzialnie współpracuje z zespołem, respektując role i pomysły innych;</w:t>
      </w:r>
    </w:p>
    <w:p>
      <w:pPr>
        <w:pStyle w:val="ListBullet"/>
      </w:pPr>
      <w:r>
        <w:t>dokonuje rzeczowej samooceny i wykorzystuje wskazówki do dalszej pracy.</w:t>
      </w:r>
    </w:p>
    <w:p>
      <w:pPr>
        <w:pStyle w:val="Heading1"/>
      </w:pPr>
      <w:r>
        <w:t>7. Ocena celująca – 6</w:t>
      </w:r>
    </w:p>
    <w:p>
      <w:r>
        <w:t>Ocenę celującą otrzymuje uczeń, który w bardzo wysokim stopniu opanował wiadomości i umiejętności przewidziane dla klasy oraz samodzielnie, świadomie i twórczo wykorzystuje je w różnorodnych działaniach muzycznych.</w:t>
      </w:r>
    </w:p>
    <w:p>
      <w:pPr>
        <w:pStyle w:val="ListBullet"/>
      </w:pPr>
      <w:r>
        <w:t>w bardzo wysokim stopniu opanował wiadomości i umiejętności realizowane w klasie V i twórczo wykorzystuje je w praktyce;</w:t>
      </w:r>
    </w:p>
    <w:p>
      <w:pPr>
        <w:pStyle w:val="ListBullet"/>
      </w:pPr>
      <w:r>
        <w:t>wykonuje repertuar wokalny i instrumentalny świadomie, muzykalnie i z dużą samodzielnością;</w:t>
      </w:r>
    </w:p>
    <w:p>
      <w:pPr>
        <w:pStyle w:val="ListBullet"/>
      </w:pPr>
      <w:r>
        <w:t>sprawnie posługuje się zapisem muzycznym oraz samodzielnie stosuje poznane oznaczenia rytmiczne i wykonawcze;</w:t>
      </w:r>
    </w:p>
    <w:p>
      <w:pPr>
        <w:pStyle w:val="ListBullet"/>
      </w:pPr>
      <w:r>
        <w:t>bez trudności rozpoznaje i opisuje poznane formy, instrumenty, zespoły oraz elementy dzieła muzycznego;</w:t>
      </w:r>
    </w:p>
    <w:p>
      <w:pPr>
        <w:pStyle w:val="ListBullet"/>
      </w:pPr>
      <w:r>
        <w:t>samodzielnie porównuje polskie tańce narodowe, muzykę ludową i artystyczne opracowania folkloru;</w:t>
      </w:r>
    </w:p>
    <w:p>
      <w:pPr>
        <w:pStyle w:val="ListBullet"/>
      </w:pPr>
      <w:r>
        <w:t>łączy wiedzę o Fryderyku Chopinie i innych poznanych twórcach z przykładami słuchanej muzyki;</w:t>
      </w:r>
    </w:p>
    <w:p>
      <w:pPr>
        <w:pStyle w:val="ListBullet"/>
      </w:pPr>
      <w:r>
        <w:t>formułuje trafne, uzasadnione wypowiedzi o muzyce i świadomie określa własne preferencje;</w:t>
      </w:r>
    </w:p>
    <w:p>
      <w:pPr>
        <w:pStyle w:val="ListBullet"/>
      </w:pPr>
      <w:r>
        <w:t>proponuje własne rozwiązania wykonawcze i twórcze, tworzy rytmy, akompaniamenty lub improwizacje;</w:t>
      </w:r>
    </w:p>
    <w:p>
      <w:pPr>
        <w:pStyle w:val="ListBullet"/>
      </w:pPr>
      <w:r>
        <w:t>chętnie podejmuje dodatkowe działania muzyczne w ramach lekcji i projektów, jeśli ma taką możliwość;</w:t>
      </w:r>
    </w:p>
    <w:p>
      <w:pPr>
        <w:pStyle w:val="ListBullet"/>
      </w:pPr>
      <w:r>
        <w:t>wykazuje szczególną samodzielność, kreatywność, systematyczność i kulturę współpracy;</w:t>
      </w:r>
    </w:p>
    <w:p>
      <w:pPr>
        <w:pStyle w:val="ListBullet"/>
      </w:pPr>
      <w:r>
        <w:t>potrafi ocenić własny rozwój muzyczny, wskazać mocne strony i cele do dalszej pracy.</w:t>
      </w:r>
    </w:p>
    <w:p>
      <w:r>
        <w:rPr>
          <w:b/>
        </w:rPr>
        <w:t>Uzyskanie oceny celującej nie jest uzależnione od udziału w konkursach muzycznych, uczęszczania do szkoły muzycznej ani posiadania szczególnych wrodzonych uzdolnień. Ocenę tę może uzyskać uczeń poprzez bardzo wysokie opanowanie realizowanych wymagań, systematyczną pracę, samodzielność, twórczość i szczególne zaangażowanie.</w:t>
      </w:r>
    </w:p>
    <w:p>
      <w:pPr>
        <w:pStyle w:val="Heading1"/>
      </w:pPr>
      <w:r>
        <w:t>8. Zasady uwzględniane przy ustalaniu oceny</w:t>
      </w:r>
    </w:p>
    <w:p>
      <w:r>
        <w:t>Przy ustalaniu śródrocznej i rocznej oceny klasyfikacyjnej nauczyciel bierze pod uwagę przede wszystkim:</w:t>
      </w:r>
    </w:p>
    <w:p>
      <w:pPr>
        <w:pStyle w:val="ListNumber"/>
      </w:pPr>
      <w:r>
        <w:t>wysiłek i zaangażowanie ucznia;</w:t>
      </w:r>
    </w:p>
    <w:p>
      <w:pPr>
        <w:pStyle w:val="ListNumber"/>
      </w:pPr>
      <w:r>
        <w:t>postęp w rozwoju umiejętności muzycznych;</w:t>
      </w:r>
    </w:p>
    <w:p>
      <w:pPr>
        <w:pStyle w:val="ListNumber"/>
      </w:pPr>
      <w:r>
        <w:t>śpiew i aktywność wokalną;</w:t>
      </w:r>
    </w:p>
    <w:p>
      <w:pPr>
        <w:pStyle w:val="ListNumber"/>
      </w:pPr>
      <w:r>
        <w:t>grę na instrumentach, wykonywanie rytmów i akompaniamentów;</w:t>
      </w:r>
    </w:p>
    <w:p>
      <w:pPr>
        <w:pStyle w:val="ListNumber"/>
      </w:pPr>
      <w:r>
        <w:t>aktywne i świadome słuchanie muzyki;</w:t>
      </w:r>
    </w:p>
    <w:p>
      <w:pPr>
        <w:pStyle w:val="ListNumber"/>
      </w:pPr>
      <w:r>
        <w:t>znajomość oraz praktyczne stosowanie pojęć i zapisu muzycznego;</w:t>
      </w:r>
    </w:p>
    <w:p>
      <w:pPr>
        <w:pStyle w:val="ListNumber"/>
      </w:pPr>
      <w:r>
        <w:t>aktywność ruchową, twórczą i improwizacyjną;</w:t>
      </w:r>
    </w:p>
    <w:p>
      <w:pPr>
        <w:pStyle w:val="ListNumber"/>
      </w:pPr>
      <w:r>
        <w:t>samodzielność podczas realizacji zadań;</w:t>
      </w:r>
    </w:p>
    <w:p>
      <w:pPr>
        <w:pStyle w:val="ListNumber"/>
      </w:pPr>
      <w:r>
        <w:t>współpracę podczas działań zespołowych;</w:t>
      </w:r>
    </w:p>
    <w:p>
      <w:pPr>
        <w:pStyle w:val="ListNumber"/>
      </w:pPr>
      <w:r>
        <w:t>korzystanie z informacji zwrotnej i umiejętność samooceny;</w:t>
      </w:r>
    </w:p>
    <w:p>
      <w:pPr>
        <w:pStyle w:val="ListNumber"/>
      </w:pPr>
      <w:r>
        <w:t>indywidualne możliwości, predyspozycje i potrzeby edukacyjne ucznia.</w:t>
      </w:r>
    </w:p>
    <w:p>
      <w:r>
        <w:rPr>
          <w:b/>
        </w:rPr>
        <w:t>Ocena z muzyki ma charakter całościowy i nie powinna opierać się wyłącznie na poziomie wykonania wokalnego, sprawności gry na instrumencie ani na wynikach pisemnych sprawdzianów wiedzy. Działania praktyczne powinny mieć pierwszeństwo przed samą teorią.</w:t>
      </w:r>
    </w:p>
    <w:sectPr w:rsidR="00FC693F" w:rsidRPr="0006063C" w:rsidSect="00034616">
      <w:footerReference w:type="default" r:id="rId9"/>
      <w:pgSz w:w="12240" w:h="15840"/>
      <w:pgMar w:top="879" w:right="1134" w:bottom="87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sz w:val="16"/>
      </w:rPr>
      <w:t>Wymagania edukacyjne z muzyki • rok szkolny 2026/2027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contextualSpacing/>
    </w:pPr>
    <w:rPr>
      <w:rFonts w:ascii="Aptos" w:hAnsi="Aptos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