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WYMAGANIA EDUKACYJNE Z JĘZYKA POLSKIEGO – KLASA V</w:t>
      </w:r>
    </w:p>
    <w:p>
      <w:pPr>
        <w:jc w:val="center"/>
      </w:pPr>
      <w:r>
        <w:rPr>
          <w:b/>
          <w:sz w:val="22"/>
        </w:rPr>
        <w:t>Rok szkolny 2026/2027</w:t>
      </w:r>
    </w:p>
    <w:p>
      <w:pPr>
        <w:spacing w:after="120"/>
        <w:jc w:val="both"/>
      </w:pPr>
      <w:r>
        <w:rPr>
          <w:sz w:val="19"/>
        </w:rPr>
        <w:t>Wymagania opracowano w odniesieniu do obowiązującej podstawy programowej języka polskiego. Wymagania na ocenę wyższą obejmują również wymagania przewidziane na oceny niższe. Przy ocenianiu uwzględnia się indywidualne możliwości ucznia oraz dostosowania wynikające z opinii lub orzeczenia.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928"/>
        <w:gridCol w:w="7937"/>
      </w:tblGrid>
      <w:tr>
        <w:trPr>
          <w:tblHeader w:val="true"/>
        </w:trPr>
        <w:tc>
          <w:tcPr>
            <w:tcW w:type="dxa" w:w="1928"/>
            <w:shd w:fill="D9EAF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0"/>
              </w:rPr>
              <w:t>Ocena</w:t>
            </w:r>
          </w:p>
        </w:tc>
        <w:tc>
          <w:tcPr>
            <w:tcW w:type="dxa" w:w="7937"/>
            <w:shd w:fill="D9EAF7"/>
            <w:tcMar>
              <w:top w:w="90" w:type="dxa"/>
              <w:start w:w="100" w:type="dxa"/>
              <w:bottom w:w="90" w:type="dxa"/>
              <w:end w:w="100" w:type="dxa"/>
            </w:tcMar>
            <w:vAlign w:val="center"/>
          </w:tcPr>
          <w:p>
            <w:pPr>
              <w:jc w:val="center"/>
            </w:pPr>
            <w:r>
              <w:rPr>
                <w:b/>
                <w:sz w:val="20"/>
              </w:rPr>
              <w:t>Wymagania edukacyjne – uczeń: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1 – niedostateczny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nie opanował podstawowych wiadomości i umiejętności określonych dla klasy V w stopniu umożliwiającym dalsze zdobywanie wiedzy;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ma znaczne trudności z czytaniem tekstu ze zrozumieniem i nie potrafi wskazać podstawowych informacji zawartych w tekście;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określić tematu utworu ani wskazać głównych bohaterów i najważniejszych wydarzeń, nawet przy pomocy nauczyciela;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zna podstawowej treści omawianych lektur;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rozpoznaje podstawowych środków stylistycznych i poznanych gatunków literackich;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rozpoznaje podstawowych części mowy;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wskazać podmiotu i orzeczenia w prostym zdaniu ani odróżnić zdania pojedynczego od złożonego;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zna lub nie stosuje podstawowych zasad ortograficznych i interpunkcyjnych;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zredagować krótkiej, komunikatywnej wypowiedzi pisemnej na zadany temat;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zachowuje podstawowych cech poznanych form wypowiedzi;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ma poważne trudności z formułowaniem prostych wypowiedzi ustnych;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nie potrafi wykonać podstawowych zadań nawet przy pomocy nauczyciela.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2 – dopuszczający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czyta ze zrozumieniem proste teksty literackie i użytkowe;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przy pomocy nauczyciela wskazuje bohaterów, miejsce i czas wydarzeń oraz określa główny temat utworu;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odróżnia tekst literacki od użytkowego;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podstawowe rodzaje literackie i wybrane gatunki poznane na lekcjach;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najprostsze środki stylistyczne, np. epitet i porównanie;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zna treść najważniejszych omawianych lektur w zakresie pozwalającym wskazać głównych bohaterów i wydarzenia;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podstawowe części mowy: rzeczownik, czasownik, przymiotnik i przysłówek;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podmiot i orzeczenie w prostym zdaniu oraz odróżnia zdanie pojedyncze od złożonego;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przy pomocy nauczyciela stosuje podstawowe zasady ortograficzne i interpunkcyjne;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krótkie wypowiedzi pisemne na zadany temat;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podejmuje próbę napisania opowiadania, opisu, listu, zaproszenia lub ogłoszenia;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wypowiada się ustnie prostymi zdaniami i korzysta ze słownika ortograficznego przy wsparciu nauczyciela.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3 – dostateczny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czyta teksty ze zrozumieniem i wyszukuje w nich podstawowe informacje;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samodzielnie wskazuje bohaterów, wydarzenia, miejsce i czas akcji oraz określa temat i główną myśl utworu;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odróżnia narratora od bohatera;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poznane gatunki literackie, m.in. opowiadanie, baśń, legendę, mit i bajkę;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wskazuje epitet, porównanie, przenośnię, uosobienie i ożywienie;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krótko charakteryzuje bohatera i zna treść omawianych lektur;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poznane części mowy i określa niektóre ich formy gramatyczne;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podmiot, orzeczenie i podstawowe określenia w zdaniu; tworzy zdania pojedyncze i złożone;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zna podstawowe zasady ortograficzne i najczęściej poprawnie je stosuje;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spójne, krótkie wypowiedzi pisemne;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redaguje opowiadanie, opis postaci, opis przedmiotu, list, zaproszenie, ogłoszenie i notatkę;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stosuje akapity, wypowiada się na temat lektury i korzysta ze słowników oraz innych źródeł wiedzy.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4 – dobry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sprawnie czyta i analizuje tekst literacki;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elementy świata przedstawionego i określa ich funkcję;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wskazuje narratora oraz określa sposób prowadzenia narracji;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poznane gatunki literackie i wskazuje ich charakterystyczne cechy;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wyjaśnia znaczenie podstawowych środków stylistycznych;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charakteryzuje bohatera, ocenia jego postępowanie i uzasadnia swoją opinię;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odnosi wydarzenia z lektur do własnych doświadczeń i wartości oraz dobrze zna treść lektur obowiązkowych;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poprawnie rozpoznaje części mowy i ich formy, przeprowadza podstawową analizę składniową zdania;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poprawnie stosuje większość poznanych zasad ortograficznych i interpunkcyjnych;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logiczne, spójne i uporządkowane wypowiedzi pisemne;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właściwie stosuje formę opowiadania, opisu, charakterystyki, listu, zaproszenia, ogłoszenia i notatki;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aktywnie uczestniczy w rozmowie, uzasadnia swoje zdanie i samodzielnie korzysta z różnych źródeł informacji.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5 – bardzo dobry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bardzo dobrze rozumie czytane teksty i dokonuje ich samodzielnej interpretacji;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dostrzega związki przyczynowo-skutkowe między wydarzeniami;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rozpoznaje i wyjaśnia funkcję środków stylistycznych;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trafnie określa problematykę utworu oraz jego przesłanie;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szczegółowo charakteryzuje bohaterów i uzasadnia ich ocenę przykładami z tekstu;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swobodnie posługuje się terminologią literacką i bardzo dobrze zna omawiane lektury;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sprawnie stosuje wiedzę z zakresu gramatyki i poprawnie analizuje zdania pod względem składniowym;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bardzo dobrze stosuje zasady ortograficzne i interpunkcyjne;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rozwinięte, logiczne i poprawne językowo wypowiedzi;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świadomie stosuje akapity, bogate słownictwo oraz właściwą kompozycję;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samodzielnie redaguje wszystkie poznane formy wypowiedzi;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formułuje własne opinie, przekonująco je uzasadnia oraz samodzielnie wyszukuje i selekcjonuje informacje.</w:t>
            </w:r>
          </w:p>
        </w:tc>
      </w:tr>
      <w:tr>
        <w:tc>
          <w:tcPr>
            <w:tcW w:type="dxa" w:w="1928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jc w:val="center"/>
            </w:pPr>
            <w:r>
              <w:rPr>
                <w:b/>
                <w:sz w:val="20"/>
              </w:rPr>
              <w:t>6 – celujący</w:t>
            </w:r>
          </w:p>
        </w:tc>
        <w:tc>
          <w:tcPr>
            <w:tcW w:type="dxa" w:w="7937"/>
            <w:tcMar>
              <w:top w:w="90" w:type="dxa"/>
              <w:start w:w="100" w:type="dxa"/>
              <w:bottom w:w="90" w:type="dxa"/>
              <w:end w:w="100" w:type="dxa"/>
            </w:tcMar>
            <w:vAlign w:val="top"/>
          </w:tcPr>
          <w:p>
            <w:pPr>
              <w:spacing w:after="30" w:line="240" w:lineRule="auto"/>
              <w:ind w:left="198" w:hanging="113"/>
            </w:pPr>
            <w:r/>
            <w:r>
              <w:rPr>
                <w:sz w:val="18"/>
              </w:rPr>
              <w:t>• w bardzo wysokim stopniu opanował wiadomości i umiejętności określone dla klasy V;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samodzielnie, wnikliwie i twórczo interpretuje teksty;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dostrzega różne możliwe sposoby odczytania utworu i potrafi je uzasadnić;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swobodnie wykorzystuje pojęcia z zakresu teorii literatury i nauki o języku;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formułuje dojrzałe, logiczne i poparte przykładami opinie;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bezbłędnie lub niemal bezbłędnie stosuje poznane zasady językowe, ortograficzne i interpunkcyjne;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tworzy wypowiedzi pisemne o przemyślanej kompozycji, bogatym słownictwie i wysokim poziomie poprawności językowej;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twórczo wykorzystuje wiadomości z lektur i innych tekstów kultury;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samodzielnie poszerza wiadomości, korzystając z różnorodnych źródeł;</w:t>
            </w:r>
          </w:p>
          <w:p>
            <w:pPr>
              <w:spacing w:after="30" w:line="240" w:lineRule="auto"/>
              <w:ind w:left="198" w:hanging="113"/>
            </w:pPr>
            <w:r>
              <w:rPr>
                <w:sz w:val="18"/>
              </w:rPr>
              <w:t>• wykazuje dużą samodzielność, inicjatywę i umiejętność stosowania zdobytej wiedzy w nowych sytuacjach.</w:t>
            </w:r>
          </w:p>
        </w:tc>
      </w:tr>
    </w:tbl>
    <w:p/>
    <w:p>
      <w:pPr>
        <w:jc w:val="left"/>
      </w:pPr>
      <w:r>
        <w:rPr>
          <w:b/>
          <w:sz w:val="18"/>
        </w:rPr>
        <w:t xml:space="preserve">Uwagi: </w:t>
      </w:r>
      <w:r>
        <w:rPr>
          <w:sz w:val="18"/>
        </w:rPr>
        <w:t>Ocena klasyfikacyjna jest oceną całościową osiągnięć ucznia. Nauczyciel uwzględnia stopień opanowania wiadomości i umiejętności, postępy, samodzielność oraz poprawność wypowiedzi ustnych i pisemnych.</w:t>
      </w:r>
    </w:p>
    <w:sectPr w:rsidR="00FC693F" w:rsidRPr="0006063C" w:rsidSect="00034616">
      <w:pgSz w:w="12240" w:h="15840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 w:eastAsia="Aptos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