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WYMAGANIA EDUKACYJNE Z JĘZYKA POLSKIEGO – KLASA VII</w:t>
      </w:r>
    </w:p>
    <w:p>
      <w:pPr>
        <w:jc w:val="center"/>
      </w:pPr>
      <w:r>
        <w:rPr>
          <w:b/>
          <w:sz w:val="22"/>
        </w:rPr>
        <w:t>Rok szkolny 2026/2027</w:t>
      </w:r>
    </w:p>
    <w:p>
      <w:pPr>
        <w:spacing w:after="120"/>
        <w:jc w:val="both"/>
      </w:pPr>
      <w:r>
        <w:rPr>
          <w:sz w:val="19"/>
        </w:rPr>
        <w:t>Wymagania opracowano w odniesieniu do obowiązującej podstawy programowej języka polskiego. Wymagania na ocenę wyższą obejmują również wymagania przewidziane na oceny niższe. Przy ocenianiu uwzględnia się indywidualne możliwości ucznia oraz dostosowania wynikające z opinii lub orzeczenia.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937"/>
      </w:tblGrid>
      <w:tr>
        <w:trPr>
          <w:tblHeader w:val="true"/>
        </w:trPr>
        <w:tc>
          <w:tcPr>
            <w:tcW w:type="dxa" w:w="1928"/>
            <w:shd w:fill="D9EAF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0"/>
              </w:rPr>
              <w:t>Ocena</w:t>
            </w:r>
          </w:p>
        </w:tc>
        <w:tc>
          <w:tcPr>
            <w:tcW w:type="dxa" w:w="7937"/>
            <w:shd w:fill="D9EAF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0"/>
              </w:rPr>
              <w:t>Wymagania edukacyjne – uczeń: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1 – niedostateczny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nie opanował podstawowych wiadomości i umiejętności określonych dla klasy VII;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ma poważne trudności ze zrozumieniem tekstów literackich, publicystycznych i użytkowych;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wskazać najważniejszych informacji ani określić głównego tematu tekstu;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zna treści lektur obowiązkowych w zakresie umożliwiającym ich podstawowe omówienie;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rozpoznaje podstawowych cech epiki, liryki i dramatu;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rozpoznać podstawowych środków stylistycznych ani elementów świata przedstawionego;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określić podstawowej problematyki omawianego utworu nawet przy pomocy nauczyciela;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opanował podstawowych wiadomości z zakresu fleksji, słowotwórstwa i składni;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rozpoznaje podstawowych typów zdań i nie stosuje podstawowych zasad ortograficznych oraz interpunkcyjnych;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stworzyć krótkiej, logicznej wypowiedzi pisemnej na zadany temat;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sformułować stanowiska ani podać prostego argumentu;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zachowuje podstawowych cech poznanych form wypowiedzi, także przy wsparciu nauczyciela.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2 – dopuszczający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czyta ze zrozumieniem teksty literackie, publicystyczne i użytkowe o umiarkowanym stopniu trudności;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wskazuje najważniejsze informacje i główny temat tekstu;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podstawowe elementy świata przedstawionego;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zna głównych bohaterów i najważniejsze wydarzenia omawianych lektur;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rodzaje literackie: lirykę, epikę i dramat oraz podstawowe gatunki omawiane na lekcjach;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wskazuje najważniejsze środki stylistyczne;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przy pomocy nauczyciela określa problematykę utworu;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podstawowe zjawiska językowe, odróżnia zdania pojedyncze od złożonych i rozpoznaje podstawowe typy zdań złożonych;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stosuje podstawowe zasady ortograficzne i interpunkcyjne;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krótkie wypowiedzi pisemne zgodne z tematem;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podejmuje próbę napisania charakterystyki, opowiadania, rozprawki lub wypowiedzi argumentacyjnej;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potrafi przedstawić swoje stanowisko w prostej formie i korzysta z podstawowych źródeł informacji.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3 – dostateczny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rozumie sens czytanego tekstu oraz wyszukuje informacje jawne;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określa temat, problematykę i główną myśl utworu;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rodzaj i podstawowe cechy gatunkowe tekstu;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wskazuje narratora, podmiot liryczny lub osoby mówiące w dramacie;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podstawowe środki stylistyczne i określa ich znaczenie;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omawia postawy bohaterów i formułuje proste oceny;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zna treść lektur obowiązkowych w stopniu pozwalającym na ich omawianie;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podstawowe związki między utworami a kontekstem historycznym lub kulturowym;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stosuje wiadomości z zakresu słowotwórstwa, fleksji i składni oraz rozpoznaje zdania współrzędnie i podrzędnie złożone;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poprawnie stosuje większość poznanych zasad językowych;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wypowiedź argumentacyjną zawierającą stanowisko i argumenty oraz redaguje poznane formy wypowiedzi;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zachowuje podstawowe zasady kompozycji, stosuje akapity, uczestniczy w dyskusji i korzysta z różnych źródeł informacji.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4 – dobry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samodzielnie analizuje i interpretuje utwory literackie;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cechy epiki, liryki i dramatu oraz poprawnie określa gatunek omawianego utworu;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analizuje sposób kreowania bohaterów i świata przedstawionego;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wyjaśnia funkcję środków stylistycznych;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wartości i problemy przedstawione w tekstach oraz formułuje wnioski wynikające z analizy utworu;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porównuje bohaterów i teksty;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dobrze zna lektury i posługuje się przykładami z ich treści;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sprawnie wykorzystuje wiedzę z zakresu fleksji, słowotwórstwa i składni oraz rozpoznaje różne typy wypowiedzeń złożonych;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poprawnie stosuje zasady ortograficzne i interpunkcyjne;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spójne i logiczne wypowiedzi argumentacyjne, formułuje tezę lub hipotezę i dobiera odpowiednie argumenty;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popiera argumenty przykładami i redaguje wypowiedzi zgodnie z wymaganiami określonej formy;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stosuje zróżnicowane słownictwo, przygotowuje wypowiedź ustną oraz selekcjonuje informacje.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5 – bardzo dobry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dokonuje samodzielnej i pogłębionej analizy oraz interpretacji tekstów;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znaczenia dosłowne i przenośne;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formułuje wnioski dotyczące problematyki, przesłania i wartości obecnych w utworze;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omawiane konteksty historyczne, społeczne, biograficzne i kulturowe;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sprawnie posługuje się pojęciami z zakresu teorii literatury i trafnie określa funkcję środków stylistycznych oraz językowych;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porównuje różne teksty kultury oraz sposoby przedstawienia tych samych motywów;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bardzo dobrze zna lektury obowiązkowe i swobodnie wykorzystuje ich treść w argumentacji;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bardzo dobrze opanował wiedzę z zakresu nauki o języku i sprawnie dokonuje analizy składniowej;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świadomie posługuje się językiem zależnie od sytuacji komunikacyjnej;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dojrzałe, spójne i logiczne wypowiedzi argumentacyjne, formułuje trafne tezy, argumenty i wnioski;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zachowuje wysoką poprawność językową, ortograficzną i interpunkcyjną oraz samodzielnie poprawia własne teksty;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krytycznie korzysta ze źródeł informacji.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6 – celujący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w bardzo wysokim stopniu opanował wiadomości i umiejętności przewidziane dla klasy VII;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samodzielnie i wieloaspektowo interpretuje teksty literackie oraz inne teksty kultury;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formułuje oryginalne, dojrzałe i logicznie uzasadnione wnioski;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trafnie wykorzystuje różnorodne konteksty interpretacyjne;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swobodnie porównuje teksty, motywy, bohaterów i idee;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świadomie wykorzystuje środki językowe i stylistyczne oraz sprawnie posługuje się terminologią literacką i językoznawczą;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wypowiedzi o wysokim poziomie merytorycznym, językowym i kompozycyjnym;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buduje rozbudowaną, spójną i przekonującą argumentację;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samodzielnie wykorzystuje wiadomości z lektur w nowych sytuacjach problemowych;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posługuje się językiem poprawnym, bogatym i dostosowanym do sytuacji komunikacyjnej;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dokonuje świadomej autokorekty własnych wypowiedzi;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wyszukuje, porównuje i krytycznie ocenia informacje oraz wykazuje dużą samodzielność i twórcze podejście do problemów.</w:t>
            </w:r>
          </w:p>
        </w:tc>
      </w:tr>
    </w:tbl>
    <w:p/>
    <w:p>
      <w:pPr>
        <w:jc w:val="left"/>
      </w:pPr>
      <w:r>
        <w:rPr>
          <w:b/>
          <w:sz w:val="18"/>
        </w:rPr>
        <w:t xml:space="preserve">Uwagi: </w:t>
      </w:r>
      <w:r>
        <w:rPr>
          <w:sz w:val="18"/>
        </w:rPr>
        <w:t>Ocena klasyfikacyjna jest oceną całościową osiągnięć ucznia. Nauczyciel uwzględnia stopień opanowania wiadomości i umiejętności, postępy, samodzielność oraz poprawność wypowiedzi ustnych i pisemnych.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